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המסלול הגלובלי – חדר בריחה דיגיטלי בגלובליזציה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 - המסע של חולצה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גלובליזציה וכיצד היא באה לידי ביטוי בייצור 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הייצור הגלובלי של מוצר טקסטיל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יתרונות וחסרונות של ייצור 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של חיבור ותלות בין מדינות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העלויות שם נמוכות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תעלה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מדינות שונות מספקות חלקים שונים בתהליך הייצור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בדרך כלל חומרי הגלם, האריגה והתפירה מתבצעים במדינות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מחברת בין ימים ומונעת הפלגה ארוכה סביב יבשת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וייטנאם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(תהליך חיבור ותלות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(כל השלבים מחומר גלם למוצר מוגמר)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(שליחת מוצרים למדינה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(מקצרת את המסלול הימי בין יבשות)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המסע של החולצה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גידול צמח הכותנה בשדה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הפיכת הכותנה לחוטים ובד במפעל טקסטיל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תפירת הבד לחולצה מוגמרת במפעל תפירה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הובלת החולצות באונייה דרך הים לאחר המצר או התעלה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 היא תהליך חיבור בין מדינות, לדוגמה החולצה של מיקה עברה דרך כמה מדינות בדרכה אליה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חיבור/תלות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שלב הגיוני כמו גידול חומר גלם, ייצור או הובלה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ייבוא-הבאה פנימה, ייצוא-שליחה החוצה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מפה עם מדינות שונות המעורבות בייצור מוצר כדי להמחיש את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התרגול לפעילות חדר הבריחה הדיגיטלי לפני או אחרי השלמת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ניתן להוסיף דיון על יתרונות וחסרונות כלכליים וסביבתיים של גלובליזציה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המסלול הגלובלי – חדר בריחה דיגיטלי בגלובליזציה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 - המסע של חולצה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מיקה מגלה שהחולצה שלה נוסעת אלפי קילומטרים לפני שהיא מגיעה לארון שלה. בדף הזה נעקוב אחרי המסע הזה ונבין מהי גלובליזציה.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גלובליזציה  ·  ייבוא  ·  שרשרת  ·  וייטנאם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תהליך של חיבור ותלות בין מדינות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של מדינה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בד לחולצות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חברות מייצרות בגדים במדינות רחוקות?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שם 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העלויות שם נמוכות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אסור לייצר בארץ המקור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גורם ימי מקצר דרכים בין יבשות?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גלובליזציה גורמת למדינות להיות תלויות זו בזו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חלקי החולצה מיוצרים תמיד באותה 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תעלת סואץ עוזרת לקצר את מסלול ההובלה הימית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התהליך שבו מדינות בעולם מתחברות ותלויות זו בזו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השלבים שמוצר עובר מחומר גלם ועד מוצר מוגמר נקראים __________ אספקה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הבאת מוצרים ממדינה אחרת למדינה שלנו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החולצה של מיקה יוצרה במדינה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 השלבים מחומר גלם למוצר מוגמר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שרשרת אספקה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מקצרת את המסלול הימי בין יבשות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ייצוא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תהליך חיבור ותלות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תעלת סואץ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שליחת מוצרים למדינה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המסע של החולצה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הובלת החולצות באונייה דרך הים לאחר המצר או התעלה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גידול צמח הכותנה בשדה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הפיכת הכותנה לחוטים ובד במפעל טקסטיל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תפירת הבד לחולצה מוגמרת במפעל תפירה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מהי גלובליזציה ותנו דוגמה אחת מהיומן של מיקה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גלובליזציה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לשלב בשרשרת האספקה של מוצר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גלובליזציה - המסע של חולצה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