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בייצור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הייצור הגלובלי של מוצר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ייצור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חיבור ותלות בין מדינות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העלויות שם נמוכות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באיזו מדינה יוצר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לומדת שלב נוסף במסע החולצה ופותרת 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מדינות שונות מספקות חלקים שונים בתהליך הייצור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חומרי הגלם, האריגה והתפירה מתבצעים במדינות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בין ימים ומונעת הפלגה ארוכה סביב 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גלובליזציה משפיעה על מוצרים, תרבות, מזון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ייבוא הוא הבאת מוצרים ממדינה אחרת אלינו, לא שליחה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(תהליך חיבור ותלות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השלבים מחומר גלם למוצר מוגמר)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(מקצרת את המסלול הימי בין יבשות)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(מראה באיזו מדינה יוצר הפריט)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של החולצה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צמח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הפיכת הכותנה לחוטים ובד במפעל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הבד לחולצה מוגמרת במפעל תפירה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החולצות באונייה דרך הים לאחר המצר או התעלה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מכירת החולצה בחנות לצרכן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 היא תהליך חיבור בין מדינות, לדוגמה החולצה של מיקה עברה דרך כמה מדינות בדרכה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לחסוך בעלויות, להשתמש במומחיות מקומית ובמשאבים זמינים בכל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הגיוני כמו גידול חומר גלם, ייצור או הובלה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 פנימה, ייצוא-שליחה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עם מדינות שונות המעורבות בייצור מוצר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לפעילות חדר הבריחה הדיגיטלי לפני או אחרי השלמת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על יתרונות וחסרונות כלכליים וסביבתיים של גלובליזציה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חולצה אחת עוברת דרך הרבה מדינות לפני שהיא מגיעה אלינו. נלמד למה זה קורה ואיך קוראים לתהליך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בעולם מתחברות ותלויות אחת בשנייה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שמוצר עובר מחומר גלם ועד למוצר מוגמר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ממדינה אחרת למדינה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מוצרים מהמדינה שלנו למדינות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חלוקת עבודה גלובלית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מדינה עושה את החלק שבו היא הכי טובה או זולה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תעלת סואץ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תעלה חשובה שמקצרת את הדרך בין אסיה לאירופה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ימי צר בין שתי יבשות או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תוצרת 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הסימון שמראה באיזו מדינה יוצר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חיבור ותלות בין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בד לחולצות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בינלאומי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מייצרים חולצות רחוק מאיתנו?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העלויות שם נמוכות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לייצר בארץ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שם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התווית אומרת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קנה את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באיזו מדינה יוצר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החולצה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לבש את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מקצר את הדרך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מיקה עושה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קונה חולצה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לומדת שלב נוסף במסע החולצה ופותרת 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פוגשת את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חוזרת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גורמת למדינות להיות תלויות זו בזו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חלקי החולצה מיוצרים תמיד באותה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סואץ עוזרת לקצר את מסלול ההובלה הימית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תעשיית הטקסטיל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ייבוא הוא שליחת מוצרים למדינה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התהליך שבו מדינות בעולם מתחברות ותלויות זו בזו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השלבים שמוצר עובר מחומר גלם ועד מוצר מוגמר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הבאת מוצרים ממדינה אחרת למדינה שלנו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החולצה של מיקה יוצרה במדינה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מדינה מתמחה בחלק מסוים בתהליך הייצור, תופעה שנקראת חלוקת __________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התווית על הבגד מראה את מדינת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השלבים מחומר גלם למוצר מוגמר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באיזו מדינה יוצר הפריט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חיבור ותלות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תווית 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מקצרת את המסלול הימי בין יבשות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המסע של החולצה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החולצות באונייה דרך הים לאחר המצר או התעלה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החולצה בחנות לצרכן הסופי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הבד לחולצה מוגמרת במפעל תפירה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הכותנה לחוטים ובד במפעל טקסטיל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גלובליזציה ותנו דוגמה אחת מהיומן של מיקה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לחברות לפצל את תהליך הייצור בין כמה מדינות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לשלב בשרשרת האספקה של מוצר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ייבוא לייצוא?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של חולצה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